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577D3" w14:textId="63FA82C2" w:rsidR="00227A5E" w:rsidRDefault="00697136" w:rsidP="00EB16B5">
      <w:pPr>
        <w:spacing w:after="20"/>
        <w:ind w:left="2880" w:firstLine="720"/>
      </w:pPr>
      <w:r>
        <w:rPr>
          <w:b/>
          <w:noProof/>
          <w:color w:val="336699"/>
          <w:sz w:val="34"/>
        </w:rPr>
        <w:drawing>
          <wp:anchor distT="0" distB="0" distL="114300" distR="114300" simplePos="0" relativeHeight="251658240" behindDoc="0" locked="0" layoutInCell="1" allowOverlap="1" wp14:anchorId="0ACE8319" wp14:editId="31F50DE5">
            <wp:simplePos x="0" y="0"/>
            <wp:positionH relativeFrom="column">
              <wp:posOffset>54864</wp:posOffset>
            </wp:positionH>
            <wp:positionV relativeFrom="paragraph">
              <wp:posOffset>9144</wp:posOffset>
            </wp:positionV>
            <wp:extent cx="2073588" cy="694944"/>
            <wp:effectExtent l="0" t="0" r="3175" b="0"/>
            <wp:wrapNone/>
            <wp:docPr id="745443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85" cy="7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B25">
        <w:rPr>
          <w:b/>
          <w:color w:val="336699"/>
          <w:sz w:val="34"/>
        </w:rPr>
        <w:t xml:space="preserve">   </w:t>
      </w:r>
      <w:r w:rsidR="00562DF9">
        <w:rPr>
          <w:b/>
          <w:color w:val="336699"/>
          <w:sz w:val="34"/>
        </w:rPr>
        <w:t>RLS RESEARCH</w:t>
      </w:r>
      <w:r>
        <w:rPr>
          <w:b/>
          <w:color w:val="336699"/>
          <w:sz w:val="34"/>
        </w:rPr>
        <w:t xml:space="preserve"> REPORT </w:t>
      </w:r>
    </w:p>
    <w:p w14:paraId="5A329B10" w14:textId="07767FC9" w:rsidR="00227A5E" w:rsidRDefault="00CF1B25" w:rsidP="00EB16B5">
      <w:pPr>
        <w:spacing w:after="0"/>
        <w:ind w:left="2880" w:firstLine="720"/>
        <w:rPr>
          <w:b/>
          <w:color w:val="336699"/>
          <w:sz w:val="26"/>
        </w:rPr>
      </w:pPr>
      <w:r>
        <w:rPr>
          <w:b/>
          <w:color w:val="336699"/>
          <w:sz w:val="26"/>
        </w:rPr>
        <w:t xml:space="preserve">    Vibration Therapy for Restless Legs Syndrome</w:t>
      </w:r>
    </w:p>
    <w:p w14:paraId="79D551CA" w14:textId="7D98E7B5" w:rsidR="00EB16B5" w:rsidRDefault="00CF1B25" w:rsidP="00EB16B5">
      <w:pPr>
        <w:spacing w:after="0"/>
        <w:ind w:left="2880" w:firstLine="720"/>
      </w:pPr>
      <w:r>
        <w:rPr>
          <w:b/>
          <w:color w:val="336699"/>
          <w:sz w:val="26"/>
        </w:rPr>
        <w:t xml:space="preserve">    </w:t>
      </w:r>
      <w:r w:rsidR="00EB16B5">
        <w:rPr>
          <w:b/>
          <w:color w:val="336699"/>
          <w:sz w:val="26"/>
        </w:rPr>
        <w:t>Research Incentive Program</w:t>
      </w:r>
    </w:p>
    <w:p w14:paraId="5C42C1F1" w14:textId="77777777" w:rsidR="00BF2BDA" w:rsidRDefault="00BF2BDA">
      <w:pPr>
        <w:spacing w:after="100"/>
        <w:rPr>
          <w:b/>
        </w:rPr>
      </w:pPr>
    </w:p>
    <w:p w14:paraId="097EA873" w14:textId="4FABDBCC" w:rsidR="00227A5E" w:rsidRDefault="00000000">
      <w:pPr>
        <w:spacing w:after="100"/>
      </w:pPr>
      <w:r>
        <w:rPr>
          <w:b/>
        </w:rPr>
        <w:t xml:space="preserve">Instructions: </w:t>
      </w:r>
      <w:r>
        <w:t>Complete this form during a minimum 30-day experiment. Record the vibration modality, exercise protocol, daily use, symptoms, and observed results. Submit the completed form to Vibration Therapeutic LLC</w:t>
      </w:r>
      <w:r w:rsidR="00EB16B5">
        <w:t>.</w:t>
      </w:r>
    </w:p>
    <w:p w14:paraId="41C9B24B" w14:textId="71EADE3E" w:rsidR="00EB16B5" w:rsidRDefault="009B2A26">
      <w:pPr>
        <w:spacing w:after="100"/>
      </w:pPr>
      <w:r>
        <w:t>Feel free to a</w:t>
      </w:r>
      <w:r w:rsidR="00EB16B5">
        <w:t xml:space="preserve">dd additional sheet(s) to record </w:t>
      </w:r>
      <w:r>
        <w:t>your</w:t>
      </w:r>
      <w:r w:rsidR="00EB16B5">
        <w:t xml:space="preserve"> extra experiment for </w:t>
      </w:r>
      <w:r>
        <w:t>extended duration</w:t>
      </w:r>
      <w:r w:rsidR="00EB16B5">
        <w:t xml:space="preserve"> or change of treatment modality</w:t>
      </w:r>
      <w:r>
        <w:t>.</w:t>
      </w:r>
    </w:p>
    <w:p w14:paraId="033EB025" w14:textId="60C3D81B" w:rsidR="00691A78" w:rsidRDefault="00691A78" w:rsidP="00691A78">
      <w:pPr>
        <w:pStyle w:val="Heading1"/>
      </w:pPr>
      <w:r w:rsidRPr="00691A78">
        <w:t>Participant Information (Anonymous)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227A5E" w14:paraId="188FB873" w14:textId="77777777">
        <w:trPr>
          <w:trHeight w:val="403"/>
          <w:jc w:val="center"/>
        </w:trPr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A63D33" w14:textId="58A4ACFE" w:rsidR="00227A5E" w:rsidRDefault="00DD74D1">
            <w:r>
              <w:rPr>
                <w:b/>
                <w:color w:val="336699"/>
                <w:sz w:val="16"/>
              </w:rPr>
              <w:t xml:space="preserve">VT </w:t>
            </w:r>
            <w:proofErr w:type="spellStart"/>
            <w:r>
              <w:rPr>
                <w:b/>
                <w:color w:val="336699"/>
                <w:sz w:val="16"/>
              </w:rPr>
              <w:t>eStore</w:t>
            </w:r>
            <w:proofErr w:type="spellEnd"/>
            <w:r>
              <w:rPr>
                <w:b/>
                <w:color w:val="336699"/>
                <w:sz w:val="16"/>
              </w:rPr>
              <w:t xml:space="preserve"> Order #*</w:t>
            </w:r>
          </w:p>
        </w:tc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8693D0" w14:textId="77777777" w:rsidR="00227A5E" w:rsidRDefault="00000000">
            <w:r>
              <w:rPr>
                <w:b/>
                <w:color w:val="336699"/>
                <w:sz w:val="16"/>
              </w:rPr>
              <w:t>Age</w:t>
            </w:r>
          </w:p>
        </w:tc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E15494" w14:textId="77777777" w:rsidR="00227A5E" w:rsidRDefault="00000000">
            <w:r>
              <w:rPr>
                <w:b/>
                <w:color w:val="336699"/>
                <w:sz w:val="16"/>
              </w:rPr>
              <w:t>Sex</w:t>
            </w:r>
          </w:p>
        </w:tc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766638" w14:textId="77777777" w:rsidR="00227A5E" w:rsidRDefault="00000000">
            <w:r>
              <w:rPr>
                <w:b/>
                <w:color w:val="336699"/>
                <w:sz w:val="16"/>
              </w:rPr>
              <w:t>Height</w:t>
            </w:r>
          </w:p>
        </w:tc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3C2B84" w14:textId="77777777" w:rsidR="00227A5E" w:rsidRDefault="00000000">
            <w:r>
              <w:rPr>
                <w:b/>
                <w:color w:val="336699"/>
                <w:sz w:val="16"/>
              </w:rPr>
              <w:t>Weight</w:t>
            </w:r>
          </w:p>
        </w:tc>
        <w:tc>
          <w:tcPr>
            <w:tcW w:w="18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5E3121" w14:textId="77777777" w:rsidR="00227A5E" w:rsidRDefault="00000000">
            <w:r>
              <w:rPr>
                <w:b/>
                <w:color w:val="336699"/>
                <w:sz w:val="16"/>
              </w:rPr>
              <w:t>Occupation</w:t>
            </w:r>
          </w:p>
        </w:tc>
      </w:tr>
      <w:tr w:rsidR="00227A5E" w14:paraId="47B83059" w14:textId="77777777">
        <w:trPr>
          <w:trHeight w:val="403"/>
          <w:jc w:val="center"/>
        </w:trPr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A3D81C" w14:textId="77777777" w:rsidR="00227A5E" w:rsidRDefault="00227A5E"/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A69D31" w14:textId="77777777" w:rsidR="00227A5E" w:rsidRDefault="00227A5E"/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90D4F" w14:textId="77777777" w:rsidR="00227A5E" w:rsidRDefault="00227A5E"/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B0657E" w14:textId="77777777" w:rsidR="00227A5E" w:rsidRDefault="00227A5E"/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326BCA" w14:textId="77777777" w:rsidR="00227A5E" w:rsidRDefault="00227A5E"/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5DF620" w14:textId="77777777" w:rsidR="00227A5E" w:rsidRDefault="00227A5E"/>
        </w:tc>
      </w:tr>
    </w:tbl>
    <w:p w14:paraId="00239097" w14:textId="77777777" w:rsidR="00227A5E" w:rsidRDefault="00000000">
      <w:pPr>
        <w:spacing w:after="100"/>
        <w:rPr>
          <w:sz w:val="15"/>
        </w:rPr>
      </w:pPr>
      <w:r>
        <w:rPr>
          <w:sz w:val="15"/>
        </w:rPr>
        <w:t>* Order number identifies the participant; name is not required.</w:t>
      </w:r>
    </w:p>
    <w:p w14:paraId="3EC0C9A0" w14:textId="77777777" w:rsidR="00697136" w:rsidRDefault="00697136">
      <w:pPr>
        <w:spacing w:after="100"/>
      </w:pPr>
    </w:p>
    <w:p w14:paraId="1244A0C0" w14:textId="600BD603" w:rsidR="00227A5E" w:rsidRDefault="00691A78">
      <w:pPr>
        <w:spacing w:after="20"/>
        <w:rPr>
          <w:b/>
          <w:color w:val="336699"/>
          <w:sz w:val="22"/>
        </w:rPr>
      </w:pPr>
      <w:r>
        <w:rPr>
          <w:b/>
          <w:color w:val="336699"/>
          <w:sz w:val="22"/>
        </w:rPr>
        <w:t>Baseline Restless Legs Syndrome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0"/>
        <w:gridCol w:w="7110"/>
      </w:tblGrid>
      <w:tr w:rsidR="00227A5E" w14:paraId="676C3BFE" w14:textId="77777777" w:rsidTr="00BF2BDA">
        <w:trPr>
          <w:trHeight w:val="397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790E9" w14:textId="77777777" w:rsidR="00227A5E" w:rsidRDefault="00000000">
            <w:r>
              <w:rPr>
                <w:b/>
                <w:color w:val="336699"/>
                <w:sz w:val="16"/>
              </w:rPr>
              <w:t>How long have you experienced symptoms?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DF1D1B" w14:textId="77777777" w:rsidR="00227A5E" w:rsidRDefault="00227A5E"/>
        </w:tc>
      </w:tr>
      <w:tr w:rsidR="00227A5E" w14:paraId="5A7DC411" w14:textId="77777777" w:rsidTr="00697136">
        <w:trPr>
          <w:trHeight w:val="307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467F67" w14:textId="77777777" w:rsidR="00227A5E" w:rsidRDefault="00000000">
            <w:r>
              <w:rPr>
                <w:b/>
                <w:color w:val="336699"/>
                <w:sz w:val="16"/>
              </w:rPr>
              <w:t>How often do symptoms occur?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27420" w14:textId="77777777" w:rsidR="00227A5E" w:rsidRDefault="00000000">
            <w:r>
              <w:rPr>
                <w:sz w:val="16"/>
              </w:rPr>
              <w:t>☐ Less than weekly   ☐ 1–2 days/week   ☐ 3–5 days/week   ☐ Daily/almost daily</w:t>
            </w:r>
          </w:p>
        </w:tc>
      </w:tr>
      <w:tr w:rsidR="00227A5E" w14:paraId="13A59454" w14:textId="77777777" w:rsidTr="00697136">
        <w:trPr>
          <w:trHeight w:val="379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D7B537" w14:textId="77777777" w:rsidR="00227A5E" w:rsidRDefault="00000000">
            <w:r>
              <w:rPr>
                <w:b/>
                <w:color w:val="336699"/>
                <w:sz w:val="16"/>
              </w:rPr>
              <w:t>Typical time symptoms begin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4FCE2E" w14:textId="77777777" w:rsidR="00227A5E" w:rsidRDefault="00000000">
            <w:r>
              <w:rPr>
                <w:sz w:val="16"/>
              </w:rPr>
              <w:t>☐ Afternoon   ☐ Evening   ☐ Bedtime   ☐ During the night   ☐ Other: __________</w:t>
            </w:r>
          </w:p>
        </w:tc>
      </w:tr>
      <w:tr w:rsidR="00227A5E" w14:paraId="16C959C0" w14:textId="77777777" w:rsidTr="00BF2BDA">
        <w:trPr>
          <w:trHeight w:val="379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381748" w14:textId="77777777" w:rsidR="00227A5E" w:rsidRDefault="00000000">
            <w:r>
              <w:rPr>
                <w:b/>
                <w:color w:val="336699"/>
                <w:sz w:val="16"/>
              </w:rPr>
              <w:t>Body area affected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E20AE9" w14:textId="348F4C25" w:rsidR="00227A5E" w:rsidRDefault="00000000">
            <w:r>
              <w:rPr>
                <w:sz w:val="16"/>
              </w:rPr>
              <w:t xml:space="preserve">☐ </w:t>
            </w:r>
            <w:r w:rsidR="00B61BF6">
              <w:rPr>
                <w:sz w:val="16"/>
              </w:rPr>
              <w:t>Calves</w:t>
            </w:r>
            <w:r>
              <w:rPr>
                <w:sz w:val="16"/>
              </w:rPr>
              <w:t xml:space="preserve">   ☐ </w:t>
            </w:r>
            <w:r w:rsidR="00B61BF6">
              <w:rPr>
                <w:sz w:val="16"/>
              </w:rPr>
              <w:t>Thighs</w:t>
            </w:r>
            <w:r>
              <w:rPr>
                <w:sz w:val="16"/>
              </w:rPr>
              <w:t xml:space="preserve">   ☐ </w:t>
            </w:r>
            <w:r w:rsidR="00B61BF6">
              <w:rPr>
                <w:sz w:val="16"/>
              </w:rPr>
              <w:t>Hips</w:t>
            </w:r>
            <w:r>
              <w:rPr>
                <w:sz w:val="16"/>
              </w:rPr>
              <w:t xml:space="preserve">   ☐ </w:t>
            </w:r>
            <w:r w:rsidR="00B61BF6">
              <w:rPr>
                <w:sz w:val="16"/>
              </w:rPr>
              <w:t>O</w:t>
            </w:r>
            <w:r>
              <w:rPr>
                <w:sz w:val="16"/>
              </w:rPr>
              <w:t>ther: __________________</w:t>
            </w:r>
          </w:p>
        </w:tc>
      </w:tr>
      <w:tr w:rsidR="00227A5E" w14:paraId="37B3D98D" w14:textId="77777777" w:rsidTr="00697136">
        <w:trPr>
          <w:trHeight w:val="316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84CAB4" w14:textId="77777777" w:rsidR="00227A5E" w:rsidRDefault="00000000">
            <w:r>
              <w:rPr>
                <w:b/>
                <w:color w:val="336699"/>
                <w:sz w:val="16"/>
              </w:rPr>
              <w:t>Typical symptoms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613ED3" w14:textId="77777777" w:rsidR="00227A5E" w:rsidRDefault="00000000">
            <w:r>
              <w:rPr>
                <w:sz w:val="16"/>
              </w:rPr>
              <w:t>☐ Urge to move   ☐ Crawling/tingling   ☐ Aching   ☐ Restlessness   ☐ Other: __________</w:t>
            </w:r>
          </w:p>
        </w:tc>
      </w:tr>
      <w:tr w:rsidR="00227A5E" w14:paraId="5B673019" w14:textId="77777777" w:rsidTr="00BF2BDA">
        <w:trPr>
          <w:trHeight w:val="370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DD935" w14:textId="77777777" w:rsidR="00227A5E" w:rsidRDefault="00000000">
            <w:r>
              <w:rPr>
                <w:b/>
                <w:color w:val="336699"/>
                <w:sz w:val="16"/>
              </w:rPr>
              <w:t>Symptoms relieved by movement?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7277B4" w14:textId="77777777" w:rsidR="00227A5E" w:rsidRDefault="00000000">
            <w:r>
              <w:rPr>
                <w:sz w:val="16"/>
              </w:rPr>
              <w:t>☐ Yes   ☐ Partly   ☐ No</w:t>
            </w:r>
          </w:p>
        </w:tc>
      </w:tr>
      <w:tr w:rsidR="00227A5E" w14:paraId="61F3A04B" w14:textId="77777777" w:rsidTr="00BF2BDA">
        <w:trPr>
          <w:trHeight w:val="397"/>
          <w:jc w:val="center"/>
        </w:trPr>
        <w:tc>
          <w:tcPr>
            <w:tcW w:w="369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AD04BA" w14:textId="77777777" w:rsidR="00227A5E" w:rsidRDefault="00000000">
            <w:r>
              <w:rPr>
                <w:b/>
                <w:color w:val="336699"/>
                <w:sz w:val="16"/>
              </w:rPr>
              <w:t>Previous RLS diagnosis or treatment</w:t>
            </w:r>
          </w:p>
        </w:tc>
        <w:tc>
          <w:tcPr>
            <w:tcW w:w="7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9B1EA6" w14:textId="6CBF4A19" w:rsidR="00227A5E" w:rsidRDefault="00000000">
            <w:r>
              <w:rPr>
                <w:sz w:val="16"/>
              </w:rPr>
              <w:t>☐ Diagnosed by healthcare professional   ☐ Self-identified symptoms</w:t>
            </w:r>
            <w:r>
              <w:rPr>
                <w:sz w:val="16"/>
              </w:rPr>
              <w:br/>
              <w:t>Treatment/medications used: _________________________________</w:t>
            </w:r>
          </w:p>
        </w:tc>
      </w:tr>
    </w:tbl>
    <w:p w14:paraId="37B3D9B4" w14:textId="77777777" w:rsidR="00691A78" w:rsidRDefault="00691A78">
      <w:pPr>
        <w:spacing w:after="100"/>
      </w:pPr>
    </w:p>
    <w:p w14:paraId="2B954D61" w14:textId="77777777" w:rsidR="00EB16B5" w:rsidRDefault="00EB16B5">
      <w:pPr>
        <w:spacing w:after="100"/>
      </w:pPr>
    </w:p>
    <w:p w14:paraId="4CA88CD6" w14:textId="792FD896" w:rsidR="00691A78" w:rsidRDefault="00691A78">
      <w:pPr>
        <w:spacing w:after="100"/>
      </w:pPr>
      <w:r>
        <w:rPr>
          <w:b/>
          <w:color w:val="336699"/>
          <w:sz w:val="22"/>
        </w:rPr>
        <w:t>Selected Treatment Modality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30"/>
        <w:gridCol w:w="8370"/>
      </w:tblGrid>
      <w:tr w:rsidR="00227A5E" w14:paraId="26F7154A" w14:textId="77777777" w:rsidTr="00BF2BDA">
        <w:trPr>
          <w:trHeight w:val="406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4E912" w14:textId="77777777" w:rsidR="00227A5E" w:rsidRDefault="00000000">
            <w:r>
              <w:rPr>
                <w:b/>
                <w:color w:val="336699"/>
                <w:sz w:val="16"/>
              </w:rPr>
              <w:t>Vibration plate model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1E3C2B" w14:textId="77777777" w:rsidR="00227A5E" w:rsidRDefault="00000000">
            <w:r>
              <w:rPr>
                <w:sz w:val="16"/>
              </w:rPr>
              <w:t>☐ VT007   ☐ VT009   ☐ VT027   ☐ Other: __________________</w:t>
            </w:r>
          </w:p>
        </w:tc>
      </w:tr>
      <w:tr w:rsidR="00227A5E" w14:paraId="21F1CB07" w14:textId="77777777" w:rsidTr="00BF2BDA">
        <w:trPr>
          <w:trHeight w:val="397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F87F49" w14:textId="77777777" w:rsidR="00227A5E" w:rsidRDefault="00000000">
            <w:r>
              <w:rPr>
                <w:b/>
                <w:color w:val="336699"/>
                <w:sz w:val="16"/>
              </w:rPr>
              <w:t>Motion pattern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3817B2" w14:textId="77777777" w:rsidR="00227A5E" w:rsidRDefault="00000000">
            <w:r>
              <w:rPr>
                <w:sz w:val="16"/>
              </w:rPr>
              <w:t>☐ Linear vibration   ☐ Pivotal oscillation</w:t>
            </w:r>
          </w:p>
        </w:tc>
      </w:tr>
      <w:tr w:rsidR="00227A5E" w14:paraId="03F86E4B" w14:textId="77777777" w:rsidTr="00BF2BDA">
        <w:trPr>
          <w:trHeight w:val="379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068A55" w14:textId="77777777" w:rsidR="00227A5E" w:rsidRDefault="00000000">
            <w:r>
              <w:rPr>
                <w:b/>
                <w:color w:val="336699"/>
                <w:sz w:val="16"/>
              </w:rPr>
              <w:t>Frequency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F5C0F6" w14:textId="57038A47" w:rsidR="00227A5E" w:rsidRDefault="00000000">
            <w:r>
              <w:rPr>
                <w:sz w:val="16"/>
              </w:rPr>
              <w:t>________ Hz</w:t>
            </w:r>
            <w:r w:rsidR="00B803A5">
              <w:rPr>
                <w:sz w:val="16"/>
              </w:rPr>
              <w:t xml:space="preserve"> (You may explore different frequency during the trial period)</w:t>
            </w:r>
          </w:p>
        </w:tc>
      </w:tr>
      <w:tr w:rsidR="00227A5E" w14:paraId="3B5EAFA8" w14:textId="77777777" w:rsidTr="00BF2BDA">
        <w:trPr>
          <w:trHeight w:val="397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ABED50" w14:textId="77777777" w:rsidR="00227A5E" w:rsidRDefault="00000000">
            <w:r>
              <w:rPr>
                <w:b/>
                <w:color w:val="336699"/>
                <w:sz w:val="16"/>
              </w:rPr>
              <w:t>Amplitude / setting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BC0D80" w14:textId="77777777" w:rsidR="00227A5E" w:rsidRDefault="00000000">
            <w:r>
              <w:rPr>
                <w:sz w:val="16"/>
              </w:rPr>
              <w:t>☐ Low   ☐ High   ☐ Other / measured amplitude: __________________</w:t>
            </w:r>
          </w:p>
        </w:tc>
      </w:tr>
      <w:tr w:rsidR="00227A5E" w14:paraId="6A6E0A72" w14:textId="77777777" w:rsidTr="00BF2BDA">
        <w:trPr>
          <w:trHeight w:val="460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8596CD" w14:textId="77777777" w:rsidR="00227A5E" w:rsidRDefault="00000000">
            <w:r>
              <w:rPr>
                <w:b/>
                <w:color w:val="336699"/>
                <w:sz w:val="16"/>
              </w:rPr>
              <w:t>Exercise(s)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F6F6FD" w14:textId="77777777" w:rsidR="00227A5E" w:rsidRDefault="00000000">
            <w:r>
              <w:rPr>
                <w:sz w:val="16"/>
              </w:rPr>
              <w:t>☐ Calf raise   ☐ Calf stretch   ☐ Hamstring stretch   ☐ Hip-flexor stretch   ☐ Other: __________</w:t>
            </w:r>
          </w:p>
        </w:tc>
      </w:tr>
      <w:tr w:rsidR="00227A5E" w14:paraId="443C754A" w14:textId="77777777" w:rsidTr="00BF2BDA">
        <w:trPr>
          <w:trHeight w:val="406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39CA5" w14:textId="77777777" w:rsidR="00227A5E" w:rsidRDefault="00000000">
            <w:r>
              <w:rPr>
                <w:b/>
                <w:color w:val="336699"/>
                <w:sz w:val="16"/>
              </w:rPr>
              <w:t>Session duration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D28A1" w14:textId="77777777" w:rsidR="00227A5E" w:rsidRDefault="00000000">
            <w:r>
              <w:rPr>
                <w:sz w:val="16"/>
              </w:rPr>
              <w:t>________ minutes</w:t>
            </w:r>
          </w:p>
        </w:tc>
      </w:tr>
      <w:tr w:rsidR="00227A5E" w14:paraId="0E8AE3F6" w14:textId="77777777" w:rsidTr="00BF2BDA">
        <w:trPr>
          <w:trHeight w:val="577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6C78B0" w14:textId="77777777" w:rsidR="00227A5E" w:rsidRDefault="00000000">
            <w:r>
              <w:rPr>
                <w:b/>
                <w:color w:val="336699"/>
                <w:sz w:val="16"/>
              </w:rPr>
              <w:t>Usual time of session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5EEBDB" w14:textId="77777777" w:rsidR="00227A5E" w:rsidRDefault="00000000">
            <w:r>
              <w:rPr>
                <w:sz w:val="16"/>
              </w:rPr>
              <w:t>☐ Morning   ☐ Daytime   ☐ Evening   ☐ Before bedtime   ☐ When symptoms occur</w:t>
            </w:r>
          </w:p>
        </w:tc>
      </w:tr>
      <w:tr w:rsidR="00227A5E" w14:paraId="009BDFE0" w14:textId="77777777" w:rsidTr="00BF2BDA">
        <w:trPr>
          <w:trHeight w:val="478"/>
          <w:jc w:val="center"/>
        </w:trPr>
        <w:tc>
          <w:tcPr>
            <w:tcW w:w="243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581F14" w14:textId="77777777" w:rsidR="00227A5E" w:rsidRDefault="00000000">
            <w:r>
              <w:rPr>
                <w:b/>
                <w:color w:val="336699"/>
                <w:sz w:val="16"/>
              </w:rPr>
              <w:t>Start / planned end date</w:t>
            </w:r>
          </w:p>
        </w:tc>
        <w:tc>
          <w:tcPr>
            <w:tcW w:w="837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ACEA0E" w14:textId="77777777" w:rsidR="00227A5E" w:rsidRDefault="00000000">
            <w:r>
              <w:rPr>
                <w:sz w:val="16"/>
              </w:rPr>
              <w:t>Start: ____________     Planned end: ____________</w:t>
            </w:r>
          </w:p>
        </w:tc>
      </w:tr>
    </w:tbl>
    <w:p w14:paraId="76E8499C" w14:textId="77777777" w:rsidR="00227A5E" w:rsidRDefault="00000000">
      <w:r>
        <w:br w:type="page"/>
      </w:r>
    </w:p>
    <w:p w14:paraId="485CD4D4" w14:textId="77777777" w:rsidR="00227A5E" w:rsidRDefault="00000000">
      <w:pPr>
        <w:spacing w:after="80"/>
        <w:jc w:val="center"/>
      </w:pPr>
      <w:r>
        <w:rPr>
          <w:b/>
          <w:color w:val="336699"/>
          <w:sz w:val="28"/>
        </w:rPr>
        <w:lastRenderedPageBreak/>
        <w:t>30-DAY EXPERIMENT LOG</w:t>
      </w:r>
    </w:p>
    <w:p w14:paraId="373880F5" w14:textId="70737CCD" w:rsidR="00607CE5" w:rsidRDefault="00B803A5">
      <w:pPr>
        <w:spacing w:after="80"/>
      </w:pPr>
      <w:r w:rsidRPr="00B803A5">
        <w:t>Assume your typical RLS symptom severity without vibration intervention is 10. After each vibration session, rate the remaining symptom severity from 0 to 10. A score of 10 means no noticeable relief, while 0 means complete relief of the symptoms present before the session.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848"/>
        <w:gridCol w:w="971"/>
        <w:gridCol w:w="5850"/>
        <w:gridCol w:w="1260"/>
        <w:gridCol w:w="1388"/>
      </w:tblGrid>
      <w:tr w:rsidR="00583CE0" w14:paraId="6AD6EC87" w14:textId="77777777" w:rsidTr="00B803A5">
        <w:trPr>
          <w:trHeight w:val="478"/>
          <w:tblHeader/>
          <w:jc w:val="center"/>
        </w:trPr>
        <w:tc>
          <w:tcPr>
            <w:tcW w:w="56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C46BA5" w14:textId="3426F6A4" w:rsidR="00583CE0" w:rsidRDefault="00583CE0" w:rsidP="00583CE0">
            <w:pPr>
              <w:jc w:val="center"/>
            </w:pPr>
            <w:r>
              <w:rPr>
                <w:b/>
                <w:color w:val="336699"/>
                <w:sz w:val="14"/>
              </w:rPr>
              <w:t>Day</w:t>
            </w:r>
          </w:p>
        </w:tc>
        <w:tc>
          <w:tcPr>
            <w:tcW w:w="84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625AF4" w14:textId="77777777" w:rsidR="00583CE0" w:rsidRDefault="00583CE0" w:rsidP="00583CE0">
            <w:pPr>
              <w:jc w:val="center"/>
            </w:pPr>
            <w:r>
              <w:rPr>
                <w:b/>
                <w:color w:val="336699"/>
                <w:sz w:val="14"/>
              </w:rPr>
              <w:t>Frequency</w:t>
            </w:r>
            <w:r>
              <w:rPr>
                <w:b/>
                <w:color w:val="336699"/>
                <w:sz w:val="14"/>
              </w:rPr>
              <w:br/>
              <w:t>Hz</w:t>
            </w:r>
          </w:p>
        </w:tc>
        <w:tc>
          <w:tcPr>
            <w:tcW w:w="97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481D75" w14:textId="5DF646C8" w:rsidR="00583CE0" w:rsidRDefault="00583CE0" w:rsidP="00583CE0">
            <w:pPr>
              <w:jc w:val="center"/>
            </w:pPr>
            <w:r>
              <w:rPr>
                <w:b/>
                <w:color w:val="336699"/>
                <w:sz w:val="14"/>
              </w:rPr>
              <w:t>Amplitude</w:t>
            </w:r>
            <w:r>
              <w:rPr>
                <w:b/>
                <w:color w:val="336699"/>
                <w:sz w:val="14"/>
              </w:rPr>
              <w:br/>
            </w:r>
            <w:r w:rsidR="004F2013">
              <w:rPr>
                <w:b/>
                <w:color w:val="336699"/>
                <w:sz w:val="14"/>
              </w:rPr>
              <w:t xml:space="preserve">or </w:t>
            </w:r>
            <w:proofErr w:type="gramStart"/>
            <w:r>
              <w:rPr>
                <w:b/>
                <w:color w:val="336699"/>
                <w:sz w:val="14"/>
              </w:rPr>
              <w:t>Setting</w:t>
            </w:r>
            <w:proofErr w:type="gramEnd"/>
          </w:p>
        </w:tc>
        <w:tc>
          <w:tcPr>
            <w:tcW w:w="585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ECAAC" w14:textId="5565392C" w:rsidR="00583CE0" w:rsidRDefault="00583CE0">
            <w:pPr>
              <w:jc w:val="center"/>
            </w:pPr>
            <w:r>
              <w:rPr>
                <w:b/>
                <w:color w:val="336699"/>
                <w:sz w:val="14"/>
              </w:rPr>
              <w:t>Vibration Exercise(s)</w:t>
            </w:r>
          </w:p>
        </w:tc>
        <w:tc>
          <w:tcPr>
            <w:tcW w:w="126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D21906" w14:textId="50DA4122" w:rsidR="00583CE0" w:rsidRDefault="004F2013" w:rsidP="00583CE0">
            <w:pPr>
              <w:jc w:val="center"/>
            </w:pPr>
            <w:r>
              <w:rPr>
                <w:b/>
                <w:color w:val="336699"/>
                <w:sz w:val="14"/>
              </w:rPr>
              <w:t>Session Time</w:t>
            </w:r>
            <w:r w:rsidR="00583CE0">
              <w:rPr>
                <w:b/>
                <w:color w:val="336699"/>
                <w:sz w:val="14"/>
              </w:rPr>
              <w:br/>
              <w:t>min</w:t>
            </w:r>
          </w:p>
        </w:tc>
        <w:tc>
          <w:tcPr>
            <w:tcW w:w="138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3E1FCA" w14:textId="77777777" w:rsidR="00B803A5" w:rsidRDefault="00B803A5" w:rsidP="00583CE0">
            <w:pPr>
              <w:jc w:val="center"/>
              <w:rPr>
                <w:b/>
                <w:color w:val="336699"/>
                <w:sz w:val="14"/>
              </w:rPr>
            </w:pPr>
            <w:r>
              <w:rPr>
                <w:b/>
                <w:color w:val="336699"/>
                <w:sz w:val="14"/>
              </w:rPr>
              <w:t xml:space="preserve">Remaining </w:t>
            </w:r>
          </w:p>
          <w:p w14:paraId="1816F4A4" w14:textId="2B44675D" w:rsidR="00583CE0" w:rsidRDefault="00583CE0" w:rsidP="00583CE0">
            <w:pPr>
              <w:jc w:val="center"/>
            </w:pPr>
            <w:r>
              <w:rPr>
                <w:b/>
                <w:color w:val="336699"/>
                <w:sz w:val="14"/>
              </w:rPr>
              <w:t>RLS Severity</w:t>
            </w:r>
            <w:r>
              <w:rPr>
                <w:b/>
                <w:color w:val="336699"/>
                <w:sz w:val="14"/>
              </w:rPr>
              <w:br/>
              <w:t>0–10</w:t>
            </w:r>
          </w:p>
        </w:tc>
      </w:tr>
      <w:tr w:rsidR="00583CE0" w14:paraId="35C1AE43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3CEC28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3C90C7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8AD864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9C53B6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444FB8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B3478B" w14:textId="77777777" w:rsidR="00583CE0" w:rsidRDefault="00583CE0" w:rsidP="00583CE0">
            <w:pPr>
              <w:jc w:val="center"/>
            </w:pPr>
          </w:p>
        </w:tc>
      </w:tr>
      <w:tr w:rsidR="00583CE0" w14:paraId="1985297B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6FDA1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7CF9A8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8278A6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5B513F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48A8AA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7B663D" w14:textId="77777777" w:rsidR="00583CE0" w:rsidRDefault="00583CE0" w:rsidP="00583CE0">
            <w:pPr>
              <w:jc w:val="center"/>
            </w:pPr>
          </w:p>
        </w:tc>
      </w:tr>
      <w:tr w:rsidR="00583CE0" w14:paraId="18817677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950A62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3.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BC1C02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B3A5D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4AE01E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84D309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A0EEF1" w14:textId="77777777" w:rsidR="00583CE0" w:rsidRDefault="00583CE0" w:rsidP="00583CE0">
            <w:pPr>
              <w:jc w:val="center"/>
            </w:pPr>
          </w:p>
        </w:tc>
      </w:tr>
      <w:tr w:rsidR="00583CE0" w14:paraId="519AB61F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AA7684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18423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718EA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D3BFEB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767E66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BFBC6" w14:textId="77777777" w:rsidR="00583CE0" w:rsidRDefault="00583CE0" w:rsidP="00583CE0">
            <w:pPr>
              <w:jc w:val="center"/>
            </w:pPr>
          </w:p>
        </w:tc>
      </w:tr>
      <w:tr w:rsidR="00583CE0" w14:paraId="116ACD50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49A32C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5.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0595A5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4A996F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ECFD89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C72BD1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E8A97F" w14:textId="77777777" w:rsidR="00583CE0" w:rsidRDefault="00583CE0" w:rsidP="00583CE0">
            <w:pPr>
              <w:jc w:val="center"/>
            </w:pPr>
          </w:p>
        </w:tc>
      </w:tr>
      <w:tr w:rsidR="00583CE0" w14:paraId="24E82281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533766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6.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812CE2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A39200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24D0CE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6B61A1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8D1B74" w14:textId="77777777" w:rsidR="00583CE0" w:rsidRDefault="00583CE0" w:rsidP="00583CE0">
            <w:pPr>
              <w:jc w:val="center"/>
            </w:pPr>
          </w:p>
        </w:tc>
      </w:tr>
      <w:tr w:rsidR="00583CE0" w14:paraId="715D7C47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064CF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7.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A85102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38A4A7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1155F1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AA5AB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523D8D" w14:textId="77777777" w:rsidR="00583CE0" w:rsidRDefault="00583CE0" w:rsidP="00583CE0">
            <w:pPr>
              <w:jc w:val="center"/>
            </w:pPr>
          </w:p>
        </w:tc>
      </w:tr>
      <w:tr w:rsidR="00583CE0" w14:paraId="5EE7290F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75A788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8.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A8CA12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5D0130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03509A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7E655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8C222B" w14:textId="77777777" w:rsidR="00583CE0" w:rsidRDefault="00583CE0" w:rsidP="00583CE0">
            <w:pPr>
              <w:jc w:val="center"/>
            </w:pPr>
          </w:p>
        </w:tc>
      </w:tr>
      <w:tr w:rsidR="00583CE0" w14:paraId="65F403E0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1F0C4C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9.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7B65E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8C3087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E98F6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AF011D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CA972B" w14:textId="77777777" w:rsidR="00583CE0" w:rsidRDefault="00583CE0" w:rsidP="00583CE0">
            <w:pPr>
              <w:jc w:val="center"/>
            </w:pPr>
          </w:p>
        </w:tc>
      </w:tr>
      <w:tr w:rsidR="00583CE0" w14:paraId="63AC6200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459D90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10.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BA7A73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F85F26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6718B0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2AD049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854AC5" w14:textId="77777777" w:rsidR="00583CE0" w:rsidRDefault="00583CE0" w:rsidP="00583CE0">
            <w:pPr>
              <w:jc w:val="center"/>
            </w:pPr>
          </w:p>
        </w:tc>
      </w:tr>
      <w:tr w:rsidR="00583CE0" w14:paraId="7DBC28E3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3874F6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11.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EBEED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6700B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529D8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D300C3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102A4" w14:textId="77777777" w:rsidR="00583CE0" w:rsidRDefault="00583CE0" w:rsidP="00583CE0">
            <w:pPr>
              <w:jc w:val="center"/>
            </w:pPr>
          </w:p>
        </w:tc>
      </w:tr>
      <w:tr w:rsidR="00583CE0" w14:paraId="20EDE5F0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797D9C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12.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487E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6FD9DB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056E1E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5E3A48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EEBDA4" w14:textId="77777777" w:rsidR="00583CE0" w:rsidRDefault="00583CE0" w:rsidP="00583CE0">
            <w:pPr>
              <w:jc w:val="center"/>
            </w:pPr>
          </w:p>
        </w:tc>
      </w:tr>
      <w:tr w:rsidR="00583CE0" w14:paraId="4E76C441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9AF643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13.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E64C8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25E89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18DE7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6DB28F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67D10B" w14:textId="77777777" w:rsidR="00583CE0" w:rsidRDefault="00583CE0" w:rsidP="00583CE0">
            <w:pPr>
              <w:jc w:val="center"/>
            </w:pPr>
          </w:p>
        </w:tc>
      </w:tr>
      <w:tr w:rsidR="00583CE0" w14:paraId="7B57AEE4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53DBF0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14.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29565C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E2EEE6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F3C179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522995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11FEE4" w14:textId="77777777" w:rsidR="00583CE0" w:rsidRDefault="00583CE0" w:rsidP="00583CE0">
            <w:pPr>
              <w:jc w:val="center"/>
            </w:pPr>
          </w:p>
        </w:tc>
      </w:tr>
      <w:tr w:rsidR="00583CE0" w14:paraId="47F38FD1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D641A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lastRenderedPageBreak/>
              <w:t>15.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561C4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799BF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218F1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23A640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ADB0C7" w14:textId="77777777" w:rsidR="00583CE0" w:rsidRDefault="00583CE0" w:rsidP="00583CE0">
            <w:pPr>
              <w:jc w:val="center"/>
            </w:pPr>
          </w:p>
        </w:tc>
      </w:tr>
      <w:tr w:rsidR="00583CE0" w14:paraId="3CA21819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E11852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16.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EE200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E0D62B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8503FE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F6EEFB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AE681" w14:textId="77777777" w:rsidR="00583CE0" w:rsidRDefault="00583CE0" w:rsidP="00583CE0">
            <w:pPr>
              <w:jc w:val="center"/>
            </w:pPr>
          </w:p>
        </w:tc>
      </w:tr>
      <w:tr w:rsidR="00583CE0" w14:paraId="52E7F4C3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834B14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17.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E4097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4D0EB4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39C065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96B497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9ACCCA" w14:textId="77777777" w:rsidR="00583CE0" w:rsidRDefault="00583CE0" w:rsidP="00583CE0">
            <w:pPr>
              <w:jc w:val="center"/>
            </w:pPr>
          </w:p>
        </w:tc>
      </w:tr>
      <w:tr w:rsidR="00583CE0" w14:paraId="58ACB88E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5D015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18.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2C770B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DFAA6E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99F1BD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DBA6D7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9C755F" w14:textId="77777777" w:rsidR="00583CE0" w:rsidRDefault="00583CE0" w:rsidP="00583CE0">
            <w:pPr>
              <w:jc w:val="center"/>
            </w:pPr>
          </w:p>
        </w:tc>
      </w:tr>
      <w:tr w:rsidR="00583CE0" w14:paraId="4B269766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310F14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19.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1C56E4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3E66EF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FFAD46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A73717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F92CF8" w14:textId="77777777" w:rsidR="00583CE0" w:rsidRDefault="00583CE0" w:rsidP="00583CE0">
            <w:pPr>
              <w:jc w:val="center"/>
            </w:pPr>
          </w:p>
        </w:tc>
      </w:tr>
      <w:tr w:rsidR="00583CE0" w14:paraId="7D7F17F9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8B089C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20.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D6195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981D0B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9EE611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ED076D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28DC8" w14:textId="77777777" w:rsidR="00583CE0" w:rsidRDefault="00583CE0" w:rsidP="00583CE0">
            <w:pPr>
              <w:jc w:val="center"/>
            </w:pPr>
          </w:p>
        </w:tc>
      </w:tr>
      <w:tr w:rsidR="00583CE0" w14:paraId="3D3089DA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C7A6F1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21.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5C2C3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190A74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B2E147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79322A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865923" w14:textId="77777777" w:rsidR="00583CE0" w:rsidRDefault="00583CE0" w:rsidP="00583CE0">
            <w:pPr>
              <w:jc w:val="center"/>
            </w:pPr>
          </w:p>
        </w:tc>
      </w:tr>
      <w:tr w:rsidR="00583CE0" w14:paraId="07870DEB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254A43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22.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9EAC8D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4E909E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0EA663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11E528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0E40F" w14:textId="77777777" w:rsidR="00583CE0" w:rsidRDefault="00583CE0" w:rsidP="00583CE0">
            <w:pPr>
              <w:jc w:val="center"/>
            </w:pPr>
          </w:p>
        </w:tc>
      </w:tr>
      <w:tr w:rsidR="00583CE0" w14:paraId="538A41BF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2D9D7A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23.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FF387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273E8C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97559B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BBDF7F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9C9DB" w14:textId="77777777" w:rsidR="00583CE0" w:rsidRDefault="00583CE0" w:rsidP="00583CE0">
            <w:pPr>
              <w:jc w:val="center"/>
            </w:pPr>
          </w:p>
        </w:tc>
      </w:tr>
      <w:tr w:rsidR="00583CE0" w14:paraId="6D373B15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091360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24.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3945A8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321A92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321307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10D207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563242" w14:textId="77777777" w:rsidR="00583CE0" w:rsidRDefault="00583CE0" w:rsidP="00583CE0">
            <w:pPr>
              <w:jc w:val="center"/>
            </w:pPr>
          </w:p>
        </w:tc>
      </w:tr>
      <w:tr w:rsidR="00583CE0" w14:paraId="5DFEA0FB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E292BB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25.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2404B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D6F41F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00FD7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4CAF5A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00076" w14:textId="77777777" w:rsidR="00583CE0" w:rsidRDefault="00583CE0" w:rsidP="00583CE0">
            <w:pPr>
              <w:jc w:val="center"/>
            </w:pPr>
          </w:p>
        </w:tc>
      </w:tr>
      <w:tr w:rsidR="00583CE0" w14:paraId="1F7262DB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72B153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26.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09857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51BE35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FAD5E3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EC4F1C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A3E9B7" w14:textId="77777777" w:rsidR="00583CE0" w:rsidRDefault="00583CE0" w:rsidP="00583CE0">
            <w:pPr>
              <w:jc w:val="center"/>
            </w:pPr>
          </w:p>
        </w:tc>
      </w:tr>
      <w:tr w:rsidR="00583CE0" w14:paraId="69634F0B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472C13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27.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72976F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2888EA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197910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461E8C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0EC27F" w14:textId="77777777" w:rsidR="00583CE0" w:rsidRDefault="00583CE0" w:rsidP="00583CE0">
            <w:pPr>
              <w:jc w:val="center"/>
            </w:pPr>
          </w:p>
        </w:tc>
      </w:tr>
      <w:tr w:rsidR="00583CE0" w14:paraId="4B09EFE5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DC4E30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28.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B03E36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4F6EFD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61C3CB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A0FB18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CD91FA" w14:textId="77777777" w:rsidR="00583CE0" w:rsidRDefault="00583CE0" w:rsidP="00583CE0">
            <w:pPr>
              <w:jc w:val="center"/>
            </w:pPr>
          </w:p>
        </w:tc>
      </w:tr>
      <w:tr w:rsidR="00583CE0" w14:paraId="7584FA35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44F137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29.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6C0B2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7B2DDA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9ADF14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D0F22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EA5169" w14:textId="77777777" w:rsidR="00583CE0" w:rsidRDefault="00583CE0" w:rsidP="00583CE0">
            <w:pPr>
              <w:jc w:val="center"/>
            </w:pPr>
          </w:p>
        </w:tc>
      </w:tr>
      <w:tr w:rsidR="00583CE0" w14:paraId="276F417D" w14:textId="77777777" w:rsidTr="00B803A5">
        <w:trPr>
          <w:trHeight w:val="720"/>
          <w:jc w:val="center"/>
        </w:trPr>
        <w:tc>
          <w:tcPr>
            <w:tcW w:w="5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FC808" w14:textId="77777777" w:rsidR="00583CE0" w:rsidRDefault="00583CE0" w:rsidP="00583CE0">
            <w:pPr>
              <w:jc w:val="center"/>
            </w:pPr>
            <w:r>
              <w:rPr>
                <w:sz w:val="14"/>
              </w:rPr>
              <w:t>30.</w:t>
            </w:r>
          </w:p>
        </w:tc>
        <w:tc>
          <w:tcPr>
            <w:tcW w:w="8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29894A" w14:textId="77777777" w:rsidR="00583CE0" w:rsidRDefault="00583CE0" w:rsidP="00583CE0">
            <w:pPr>
              <w:jc w:val="center"/>
            </w:pPr>
          </w:p>
        </w:tc>
        <w:tc>
          <w:tcPr>
            <w:tcW w:w="9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84A012" w14:textId="77777777" w:rsidR="00583CE0" w:rsidRDefault="00583CE0" w:rsidP="00583CE0">
            <w:pPr>
              <w:jc w:val="center"/>
            </w:pPr>
          </w:p>
        </w:tc>
        <w:tc>
          <w:tcPr>
            <w:tcW w:w="5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FD9141" w14:textId="77777777" w:rsidR="00583CE0" w:rsidRDefault="00583CE0"/>
        </w:tc>
        <w:tc>
          <w:tcPr>
            <w:tcW w:w="12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BA45BA" w14:textId="77777777" w:rsidR="00583CE0" w:rsidRDefault="00583CE0" w:rsidP="00583CE0">
            <w:pPr>
              <w:jc w:val="center"/>
            </w:pPr>
          </w:p>
        </w:tc>
        <w:tc>
          <w:tcPr>
            <w:tcW w:w="138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11DC9E" w14:textId="77777777" w:rsidR="00583CE0" w:rsidRDefault="00583CE0" w:rsidP="00583CE0">
            <w:pPr>
              <w:jc w:val="center"/>
            </w:pPr>
          </w:p>
        </w:tc>
      </w:tr>
    </w:tbl>
    <w:p w14:paraId="678EB542" w14:textId="77777777" w:rsidR="003A1607" w:rsidRDefault="003A1607">
      <w:pPr>
        <w:spacing w:after="20"/>
        <w:rPr>
          <w:b/>
          <w:color w:val="336699"/>
          <w:sz w:val="22"/>
        </w:rPr>
      </w:pPr>
    </w:p>
    <w:p w14:paraId="091B5EBD" w14:textId="77777777" w:rsidR="003A1607" w:rsidRDefault="003A1607">
      <w:pPr>
        <w:spacing w:after="20"/>
        <w:rPr>
          <w:b/>
          <w:color w:val="336699"/>
          <w:sz w:val="22"/>
        </w:rPr>
      </w:pPr>
    </w:p>
    <w:p w14:paraId="2F1107D9" w14:textId="68CC851B" w:rsidR="00227A5E" w:rsidRDefault="001C3A81">
      <w:pPr>
        <w:spacing w:after="20"/>
      </w:pPr>
      <w:r>
        <w:rPr>
          <w:b/>
          <w:color w:val="336699"/>
          <w:sz w:val="22"/>
        </w:rPr>
        <w:t>Medications, Supplements &amp; Relevant Changes During the Experiment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700"/>
      </w:tblGrid>
      <w:tr w:rsidR="00227A5E" w14:paraId="236A803F" w14:textId="77777777" w:rsidTr="001C3A81">
        <w:trPr>
          <w:trHeight w:val="318"/>
          <w:jc w:val="center"/>
        </w:trPr>
        <w:tc>
          <w:tcPr>
            <w:tcW w:w="27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66D3CB" w14:textId="77777777" w:rsidR="00227A5E" w:rsidRDefault="00000000">
            <w:r>
              <w:rPr>
                <w:b/>
                <w:color w:val="336699"/>
                <w:sz w:val="16"/>
              </w:rPr>
              <w:t>Medication / Supplement</w:t>
            </w:r>
          </w:p>
        </w:tc>
        <w:tc>
          <w:tcPr>
            <w:tcW w:w="27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7E2EB" w14:textId="77777777" w:rsidR="00227A5E" w:rsidRDefault="00000000">
            <w:r>
              <w:rPr>
                <w:b/>
                <w:color w:val="336699"/>
                <w:sz w:val="16"/>
              </w:rPr>
              <w:t>Daily Dosage</w:t>
            </w:r>
          </w:p>
        </w:tc>
        <w:tc>
          <w:tcPr>
            <w:tcW w:w="27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2938D8" w14:textId="77777777" w:rsidR="00227A5E" w:rsidRDefault="00000000">
            <w:r>
              <w:rPr>
                <w:b/>
                <w:color w:val="336699"/>
                <w:sz w:val="16"/>
              </w:rPr>
              <w:t>Start / End Date</w:t>
            </w:r>
          </w:p>
        </w:tc>
        <w:tc>
          <w:tcPr>
            <w:tcW w:w="270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76B0D4" w14:textId="77777777" w:rsidR="00227A5E" w:rsidRDefault="00000000">
            <w:r>
              <w:rPr>
                <w:b/>
                <w:color w:val="336699"/>
                <w:sz w:val="16"/>
              </w:rPr>
              <w:t>Change During Experiment</w:t>
            </w:r>
          </w:p>
        </w:tc>
      </w:tr>
      <w:tr w:rsidR="00227A5E" w14:paraId="75E012FE" w14:textId="77777777" w:rsidTr="00607CE5">
        <w:trPr>
          <w:trHeight w:val="487"/>
          <w:jc w:val="center"/>
        </w:trPr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C6B273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B8BD25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3D0657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28FF8A" w14:textId="77777777" w:rsidR="00227A5E" w:rsidRDefault="00227A5E"/>
        </w:tc>
      </w:tr>
      <w:tr w:rsidR="00227A5E" w14:paraId="127B579D" w14:textId="77777777" w:rsidTr="00607CE5">
        <w:trPr>
          <w:trHeight w:val="478"/>
          <w:jc w:val="center"/>
        </w:trPr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458D84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2C283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D1952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C130D6" w14:textId="77777777" w:rsidR="00227A5E" w:rsidRDefault="00227A5E"/>
        </w:tc>
      </w:tr>
      <w:tr w:rsidR="00227A5E" w14:paraId="27EB4FE8" w14:textId="77777777" w:rsidTr="00607CE5">
        <w:trPr>
          <w:trHeight w:val="487"/>
          <w:jc w:val="center"/>
        </w:trPr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DCDBA8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E389A8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24D2C3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B66FC9" w14:textId="77777777" w:rsidR="00227A5E" w:rsidRDefault="00227A5E"/>
        </w:tc>
      </w:tr>
      <w:tr w:rsidR="00227A5E" w14:paraId="4F00DCB3" w14:textId="77777777" w:rsidTr="00607CE5">
        <w:trPr>
          <w:trHeight w:val="469"/>
          <w:jc w:val="center"/>
        </w:trPr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65419D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92DEB5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7681D8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02F3B" w14:textId="77777777" w:rsidR="00227A5E" w:rsidRDefault="00227A5E"/>
        </w:tc>
      </w:tr>
      <w:tr w:rsidR="00227A5E" w14:paraId="5F48AF33" w14:textId="77777777" w:rsidTr="00607CE5">
        <w:trPr>
          <w:trHeight w:val="496"/>
          <w:jc w:val="center"/>
        </w:trPr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1F98F0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3B2E31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67E325" w14:textId="77777777" w:rsidR="00227A5E" w:rsidRDefault="00227A5E"/>
        </w:tc>
        <w:tc>
          <w:tcPr>
            <w:tcW w:w="2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81D803" w14:textId="77777777" w:rsidR="00227A5E" w:rsidRDefault="00227A5E"/>
        </w:tc>
      </w:tr>
    </w:tbl>
    <w:p w14:paraId="04EA18B8" w14:textId="77777777" w:rsidR="001C3A81" w:rsidRDefault="001C3A81">
      <w:pPr>
        <w:spacing w:after="20"/>
        <w:rPr>
          <w:b/>
          <w:color w:val="336699"/>
          <w:sz w:val="22"/>
        </w:rPr>
      </w:pPr>
    </w:p>
    <w:p w14:paraId="0D2D043D" w14:textId="77777777" w:rsidR="001C3A81" w:rsidRDefault="001C3A81">
      <w:pPr>
        <w:spacing w:after="20"/>
        <w:rPr>
          <w:b/>
          <w:color w:val="336699"/>
          <w:sz w:val="22"/>
        </w:rPr>
      </w:pPr>
    </w:p>
    <w:p w14:paraId="482A2973" w14:textId="36C6D51A" w:rsidR="00227A5E" w:rsidRDefault="001C3A81">
      <w:pPr>
        <w:spacing w:after="20"/>
      </w:pPr>
      <w:r>
        <w:rPr>
          <w:b/>
          <w:color w:val="336699"/>
          <w:sz w:val="22"/>
        </w:rPr>
        <w:t>Lifestyle &amp; Other Factors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50"/>
        <w:gridCol w:w="6750"/>
      </w:tblGrid>
      <w:tr w:rsidR="00227A5E" w14:paraId="54BB11F1" w14:textId="77777777" w:rsidTr="00BF2BDA">
        <w:trPr>
          <w:trHeight w:val="605"/>
          <w:jc w:val="center"/>
        </w:trPr>
        <w:tc>
          <w:tcPr>
            <w:tcW w:w="405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84F4FE" w14:textId="77777777" w:rsidR="00227A5E" w:rsidRDefault="00000000">
            <w:r>
              <w:rPr>
                <w:b/>
                <w:color w:val="336699"/>
                <w:sz w:val="16"/>
              </w:rPr>
              <w:t>Physical activity / exercise changes</w:t>
            </w:r>
          </w:p>
        </w:tc>
        <w:tc>
          <w:tcPr>
            <w:tcW w:w="6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B75EC2" w14:textId="77777777" w:rsidR="00227A5E" w:rsidRDefault="00227A5E"/>
        </w:tc>
      </w:tr>
      <w:tr w:rsidR="00227A5E" w14:paraId="78694E2A" w14:textId="77777777" w:rsidTr="00BF2BDA">
        <w:trPr>
          <w:trHeight w:val="605"/>
          <w:jc w:val="center"/>
        </w:trPr>
        <w:tc>
          <w:tcPr>
            <w:tcW w:w="405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C1FBF" w14:textId="77777777" w:rsidR="00227A5E" w:rsidRDefault="00000000">
            <w:r>
              <w:rPr>
                <w:b/>
                <w:color w:val="336699"/>
                <w:sz w:val="16"/>
              </w:rPr>
              <w:t>Sleep schedule or major sleep changes</w:t>
            </w:r>
          </w:p>
        </w:tc>
        <w:tc>
          <w:tcPr>
            <w:tcW w:w="6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4AAA05" w14:textId="77777777" w:rsidR="00227A5E" w:rsidRDefault="00227A5E"/>
        </w:tc>
      </w:tr>
      <w:tr w:rsidR="00227A5E" w14:paraId="19ACA134" w14:textId="77777777" w:rsidTr="00BF2BDA">
        <w:trPr>
          <w:trHeight w:val="605"/>
          <w:jc w:val="center"/>
        </w:trPr>
        <w:tc>
          <w:tcPr>
            <w:tcW w:w="405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E8A4FA" w14:textId="77777777" w:rsidR="00227A5E" w:rsidRDefault="00000000">
            <w:r>
              <w:rPr>
                <w:b/>
                <w:color w:val="336699"/>
                <w:sz w:val="16"/>
              </w:rPr>
              <w:t>Diet, caffeine or alcohol changes</w:t>
            </w:r>
          </w:p>
        </w:tc>
        <w:tc>
          <w:tcPr>
            <w:tcW w:w="6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0E179C" w14:textId="77777777" w:rsidR="00227A5E" w:rsidRDefault="00227A5E"/>
        </w:tc>
      </w:tr>
      <w:tr w:rsidR="00227A5E" w14:paraId="0CD45ECB" w14:textId="77777777" w:rsidTr="00BF2BDA">
        <w:trPr>
          <w:trHeight w:val="605"/>
          <w:jc w:val="center"/>
        </w:trPr>
        <w:tc>
          <w:tcPr>
            <w:tcW w:w="405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B10017" w14:textId="77777777" w:rsidR="00227A5E" w:rsidRDefault="00000000">
            <w:r>
              <w:rPr>
                <w:b/>
                <w:color w:val="336699"/>
                <w:sz w:val="16"/>
              </w:rPr>
              <w:t>Travel, illness, unusual stress or other changes</w:t>
            </w:r>
          </w:p>
        </w:tc>
        <w:tc>
          <w:tcPr>
            <w:tcW w:w="6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5D2EAC" w14:textId="77777777" w:rsidR="00227A5E" w:rsidRDefault="00227A5E"/>
        </w:tc>
      </w:tr>
      <w:tr w:rsidR="00227A5E" w14:paraId="78DC2A21" w14:textId="77777777" w:rsidTr="00BF2BDA">
        <w:trPr>
          <w:trHeight w:val="605"/>
          <w:jc w:val="center"/>
        </w:trPr>
        <w:tc>
          <w:tcPr>
            <w:tcW w:w="405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455136" w14:textId="77777777" w:rsidR="00227A5E" w:rsidRDefault="00000000">
            <w:r>
              <w:rPr>
                <w:b/>
                <w:color w:val="336699"/>
                <w:sz w:val="16"/>
              </w:rPr>
              <w:t>Other factors that may have influenced symptoms</w:t>
            </w:r>
          </w:p>
        </w:tc>
        <w:tc>
          <w:tcPr>
            <w:tcW w:w="6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4958AF" w14:textId="77777777" w:rsidR="00227A5E" w:rsidRDefault="00227A5E"/>
        </w:tc>
      </w:tr>
    </w:tbl>
    <w:p w14:paraId="43FAB7CE" w14:textId="77777777" w:rsidR="00227A5E" w:rsidRDefault="00227A5E">
      <w:pPr>
        <w:spacing w:after="20"/>
      </w:pPr>
    </w:p>
    <w:p w14:paraId="5E78670D" w14:textId="77777777" w:rsidR="00607CE5" w:rsidRDefault="00607CE5">
      <w:pPr>
        <w:spacing w:after="20"/>
      </w:pPr>
    </w:p>
    <w:p w14:paraId="673E1581" w14:textId="77777777" w:rsidR="001D6487" w:rsidRDefault="001D6487">
      <w:pPr>
        <w:spacing w:after="20"/>
      </w:pPr>
    </w:p>
    <w:p w14:paraId="2957AEC6" w14:textId="23D8A73E" w:rsidR="001D6487" w:rsidRDefault="001D6487">
      <w:pPr>
        <w:spacing w:after="20"/>
      </w:pPr>
      <w:r>
        <w:rPr>
          <w:b/>
          <w:color w:val="336699"/>
          <w:sz w:val="22"/>
        </w:rPr>
        <w:t>Effectiveness Evaluation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6660"/>
      </w:tblGrid>
      <w:tr w:rsidR="00227A5E" w14:paraId="47E404ED" w14:textId="77777777" w:rsidTr="00607CE5">
        <w:trPr>
          <w:trHeight w:val="424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6A3387" w14:textId="77777777" w:rsidR="00227A5E" w:rsidRDefault="00000000">
            <w:r>
              <w:rPr>
                <w:b/>
                <w:color w:val="336699"/>
                <w:sz w:val="16"/>
              </w:rPr>
              <w:t>Overall change in RLS symptoms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4785C6" w14:textId="77777777" w:rsidR="00227A5E" w:rsidRDefault="00000000">
            <w:r>
              <w:rPr>
                <w:sz w:val="16"/>
              </w:rPr>
              <w:t>☐ Much worse   ☐ Worse   ☐ No meaningful change   ☐ Improved   ☐ Much improved</w:t>
            </w:r>
          </w:p>
        </w:tc>
      </w:tr>
      <w:tr w:rsidR="00227A5E" w14:paraId="5BB0BC3E" w14:textId="77777777" w:rsidTr="00607CE5">
        <w:trPr>
          <w:trHeight w:val="388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9DC5A7" w14:textId="0464EB69" w:rsidR="00227A5E" w:rsidRDefault="00B803A5">
            <w:r>
              <w:rPr>
                <w:b/>
                <w:color w:val="336699"/>
                <w:sz w:val="16"/>
              </w:rPr>
              <w:t>Effective Frequency and Amplitude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B44B11" w14:textId="646F1B69" w:rsidR="00227A5E" w:rsidRDefault="00227A5E"/>
        </w:tc>
      </w:tr>
      <w:tr w:rsidR="00227A5E" w14:paraId="40871D6D" w14:textId="77777777" w:rsidTr="00607CE5">
        <w:trPr>
          <w:trHeight w:val="397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32741C" w14:textId="71A12303" w:rsidR="00227A5E" w:rsidRDefault="00B803A5">
            <w:r>
              <w:rPr>
                <w:b/>
                <w:color w:val="336699"/>
                <w:sz w:val="16"/>
              </w:rPr>
              <w:t>Effective Session Time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9D2AFD" w14:textId="1D73CA96" w:rsidR="00227A5E" w:rsidRDefault="00227A5E"/>
        </w:tc>
      </w:tr>
      <w:tr w:rsidR="00227A5E" w14:paraId="5307C250" w14:textId="77777777" w:rsidTr="00607CE5">
        <w:trPr>
          <w:trHeight w:val="379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0BFA2" w14:textId="77777777" w:rsidR="00227A5E" w:rsidRDefault="00000000">
            <w:r>
              <w:rPr>
                <w:b/>
                <w:color w:val="336699"/>
                <w:sz w:val="16"/>
              </w:rPr>
              <w:t>Typical nights affected per week before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4465F1" w14:textId="77777777" w:rsidR="00227A5E" w:rsidRDefault="00000000">
            <w:r>
              <w:rPr>
                <w:sz w:val="16"/>
              </w:rPr>
              <w:t>______ / 7</w:t>
            </w:r>
          </w:p>
        </w:tc>
      </w:tr>
      <w:tr w:rsidR="00227A5E" w14:paraId="60720BC9" w14:textId="77777777" w:rsidTr="00607CE5">
        <w:trPr>
          <w:trHeight w:val="478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B66940" w14:textId="77777777" w:rsidR="00227A5E" w:rsidRDefault="00000000">
            <w:r>
              <w:rPr>
                <w:b/>
                <w:color w:val="336699"/>
                <w:sz w:val="16"/>
              </w:rPr>
              <w:t>Typical nights affected per week during final 7 days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F0B58F" w14:textId="77777777" w:rsidR="00227A5E" w:rsidRDefault="00000000">
            <w:r>
              <w:rPr>
                <w:sz w:val="16"/>
              </w:rPr>
              <w:t>______ / 7</w:t>
            </w:r>
          </w:p>
        </w:tc>
      </w:tr>
      <w:tr w:rsidR="00227A5E" w14:paraId="09AFBFA9" w14:textId="77777777" w:rsidTr="00607CE5">
        <w:trPr>
          <w:trHeight w:val="406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3AF9E2" w14:textId="77777777" w:rsidR="00227A5E" w:rsidRDefault="00000000">
            <w:r>
              <w:rPr>
                <w:b/>
                <w:color w:val="336699"/>
                <w:sz w:val="16"/>
              </w:rPr>
              <w:t>Effect on sleep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912119" w14:textId="77777777" w:rsidR="00227A5E" w:rsidRDefault="00000000">
            <w:r>
              <w:rPr>
                <w:sz w:val="16"/>
              </w:rPr>
              <w:t>☐ Worse   ☐ No meaningful change   ☐ Improved   ☐ Much improved</w:t>
            </w:r>
          </w:p>
        </w:tc>
      </w:tr>
      <w:tr w:rsidR="00227A5E" w14:paraId="024A0A28" w14:textId="77777777" w:rsidTr="00607CE5">
        <w:trPr>
          <w:trHeight w:val="559"/>
          <w:jc w:val="center"/>
        </w:trPr>
        <w:tc>
          <w:tcPr>
            <w:tcW w:w="4140" w:type="dxa"/>
            <w:shd w:val="clear" w:color="auto" w:fill="EDF5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58685F" w14:textId="77777777" w:rsidR="00227A5E" w:rsidRDefault="00000000">
            <w:r>
              <w:rPr>
                <w:b/>
                <w:color w:val="336699"/>
                <w:sz w:val="16"/>
              </w:rPr>
              <w:t>How quickly did you notice an effect, if any?</w:t>
            </w:r>
          </w:p>
        </w:tc>
        <w:tc>
          <w:tcPr>
            <w:tcW w:w="666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A8E444" w14:textId="77777777" w:rsidR="00227A5E" w:rsidRDefault="00000000">
            <w:r>
              <w:rPr>
                <w:sz w:val="16"/>
              </w:rPr>
              <w:t>☐ During first use   ☐ Within 1 week   ☐ 1–2 weeks   ☐ 2–4 weeks   ☐ No effect noticed</w:t>
            </w:r>
          </w:p>
        </w:tc>
      </w:tr>
    </w:tbl>
    <w:p w14:paraId="75D1034A" w14:textId="77777777" w:rsidR="00227A5E" w:rsidRDefault="00227A5E">
      <w:pPr>
        <w:spacing w:after="20"/>
      </w:pPr>
    </w:p>
    <w:p w14:paraId="16093F02" w14:textId="6BFB473F" w:rsidR="00BF2BDA" w:rsidRDefault="00BF2BDA">
      <w:r>
        <w:br w:type="page"/>
      </w:r>
    </w:p>
    <w:p w14:paraId="21E92098" w14:textId="77777777" w:rsidR="00ED25DF" w:rsidRDefault="00ED25DF">
      <w:pPr>
        <w:spacing w:after="20"/>
      </w:pPr>
    </w:p>
    <w:p w14:paraId="7EB59202" w14:textId="16AF4B8B" w:rsidR="00ED25DF" w:rsidRDefault="00ED25DF">
      <w:pPr>
        <w:spacing w:after="20"/>
      </w:pPr>
      <w:r>
        <w:rPr>
          <w:b/>
          <w:color w:val="336699"/>
          <w:sz w:val="22"/>
        </w:rPr>
        <w:t>Participant Observations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27A5E" w14:paraId="147B6915" w14:textId="77777777" w:rsidTr="003A1607">
        <w:trPr>
          <w:trHeight w:val="2593"/>
          <w:jc w:val="center"/>
        </w:trPr>
        <w:tc>
          <w:tcPr>
            <w:tcW w:w="1080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78344D" w14:textId="1BE213A5" w:rsidR="00227A5E" w:rsidRDefault="00000000">
            <w:r>
              <w:rPr>
                <w:b/>
                <w:color w:val="336699"/>
                <w:sz w:val="15"/>
              </w:rPr>
              <w:t>Which exercises seemed most effective</w:t>
            </w:r>
            <w:r w:rsidR="000A5A92">
              <w:rPr>
                <w:b/>
                <w:color w:val="336699"/>
                <w:sz w:val="15"/>
              </w:rPr>
              <w:t xml:space="preserve"> for you</w:t>
            </w:r>
            <w:r>
              <w:rPr>
                <w:b/>
                <w:color w:val="336699"/>
                <w:sz w:val="15"/>
              </w:rPr>
              <w:t>, if any?</w:t>
            </w: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  <w:tr w:rsidR="00227A5E" w14:paraId="54F70683" w14:textId="77777777" w:rsidTr="003A1607">
        <w:trPr>
          <w:trHeight w:val="2818"/>
          <w:jc w:val="center"/>
        </w:trPr>
        <w:tc>
          <w:tcPr>
            <w:tcW w:w="1080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7B0EE3" w14:textId="77777777" w:rsidR="00227A5E" w:rsidRDefault="00000000">
            <w:r>
              <w:rPr>
                <w:b/>
                <w:color w:val="336699"/>
                <w:sz w:val="15"/>
              </w:rPr>
              <w:t>Describe how vibration affected your symptoms and sleep.</w:t>
            </w: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  <w:tr w:rsidR="00227A5E" w14:paraId="5720778C" w14:textId="77777777" w:rsidTr="003A1607">
        <w:trPr>
          <w:trHeight w:val="2728"/>
          <w:jc w:val="center"/>
        </w:trPr>
        <w:tc>
          <w:tcPr>
            <w:tcW w:w="1080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C1A695" w14:textId="77777777" w:rsidR="00227A5E" w:rsidRDefault="00000000">
            <w:r>
              <w:rPr>
                <w:b/>
                <w:color w:val="336699"/>
                <w:sz w:val="15"/>
              </w:rPr>
              <w:t>Did you experience any discomfort or adverse effects? If yes, please describe.</w:t>
            </w: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  <w:tr w:rsidR="00227A5E" w14:paraId="25A9930C" w14:textId="77777777" w:rsidTr="003A1607">
        <w:trPr>
          <w:trHeight w:val="3907"/>
          <w:jc w:val="center"/>
        </w:trPr>
        <w:tc>
          <w:tcPr>
            <w:tcW w:w="1080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971266" w14:textId="77777777" w:rsidR="00227A5E" w:rsidRDefault="00000000">
            <w:r>
              <w:rPr>
                <w:b/>
                <w:color w:val="336699"/>
                <w:sz w:val="15"/>
              </w:rPr>
              <w:t>Other observations or suggestions:</w:t>
            </w:r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</w:tbl>
    <w:p w14:paraId="4EC6CC6D" w14:textId="77777777" w:rsidR="003A1607" w:rsidRDefault="003A1607">
      <w:pPr>
        <w:spacing w:after="0"/>
        <w:rPr>
          <w:b/>
        </w:rPr>
      </w:pPr>
    </w:p>
    <w:sectPr w:rsidR="003A1607" w:rsidSect="00034616">
      <w:pgSz w:w="12240" w:h="15840"/>
      <w:pgMar w:top="504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0207719">
    <w:abstractNumId w:val="8"/>
  </w:num>
  <w:num w:numId="2" w16cid:durableId="2060085492">
    <w:abstractNumId w:val="6"/>
  </w:num>
  <w:num w:numId="3" w16cid:durableId="1249921626">
    <w:abstractNumId w:val="5"/>
  </w:num>
  <w:num w:numId="4" w16cid:durableId="1947227898">
    <w:abstractNumId w:val="4"/>
  </w:num>
  <w:num w:numId="5" w16cid:durableId="1561985822">
    <w:abstractNumId w:val="7"/>
  </w:num>
  <w:num w:numId="6" w16cid:durableId="1719696715">
    <w:abstractNumId w:val="3"/>
  </w:num>
  <w:num w:numId="7" w16cid:durableId="1980113529">
    <w:abstractNumId w:val="2"/>
  </w:num>
  <w:num w:numId="8" w16cid:durableId="618494837">
    <w:abstractNumId w:val="1"/>
  </w:num>
  <w:num w:numId="9" w16cid:durableId="150478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A92"/>
    <w:rsid w:val="0015074B"/>
    <w:rsid w:val="001C3A81"/>
    <w:rsid w:val="001D62A6"/>
    <w:rsid w:val="001D6487"/>
    <w:rsid w:val="00227A5E"/>
    <w:rsid w:val="0029639D"/>
    <w:rsid w:val="00326F90"/>
    <w:rsid w:val="003A1607"/>
    <w:rsid w:val="003B6233"/>
    <w:rsid w:val="003F000F"/>
    <w:rsid w:val="00427D5E"/>
    <w:rsid w:val="004F2013"/>
    <w:rsid w:val="00562DF9"/>
    <w:rsid w:val="00583CE0"/>
    <w:rsid w:val="005D2B29"/>
    <w:rsid w:val="005F1BC9"/>
    <w:rsid w:val="00607CE5"/>
    <w:rsid w:val="00691A78"/>
    <w:rsid w:val="00697136"/>
    <w:rsid w:val="007C4D80"/>
    <w:rsid w:val="009B2A26"/>
    <w:rsid w:val="009F24BD"/>
    <w:rsid w:val="00A6244E"/>
    <w:rsid w:val="00AA1D8D"/>
    <w:rsid w:val="00B47730"/>
    <w:rsid w:val="00B61BF6"/>
    <w:rsid w:val="00B803A5"/>
    <w:rsid w:val="00BF2BDA"/>
    <w:rsid w:val="00C76F9B"/>
    <w:rsid w:val="00CB0664"/>
    <w:rsid w:val="00CF1B25"/>
    <w:rsid w:val="00D04B2A"/>
    <w:rsid w:val="00DD74D1"/>
    <w:rsid w:val="00E729A2"/>
    <w:rsid w:val="00EB16B5"/>
    <w:rsid w:val="00ED25DF"/>
    <w:rsid w:val="00F959E7"/>
    <w:rsid w:val="00FA3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82C6DC"/>
  <w14:defaultImageDpi w14:val="300"/>
  <w15:docId w15:val="{51FF41C0-EE23-4192-99B4-7F1C6F9B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611</Words>
  <Characters>3281</Characters>
  <Application>Microsoft Office Word</Application>
  <DocSecurity>0</DocSecurity>
  <Lines>364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Jay Tang</cp:lastModifiedBy>
  <cp:revision>26</cp:revision>
  <dcterms:created xsi:type="dcterms:W3CDTF">2013-12-23T23:15:00Z</dcterms:created>
  <dcterms:modified xsi:type="dcterms:W3CDTF">2026-09-13T23:02:00Z</dcterms:modified>
  <cp:category/>
</cp:coreProperties>
</file>